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7CFBF" w14:textId="77777777" w:rsidR="00C71334" w:rsidRDefault="00000000">
      <w:pPr>
        <w:spacing w:after="40"/>
        <w:jc w:val="center"/>
      </w:pPr>
      <w:r>
        <w:rPr>
          <w:rFonts w:ascii="Segoe UI" w:hAnsi="Segoe UI"/>
          <w:b/>
          <w:color w:val="1B5E20"/>
          <w:sz w:val="34"/>
        </w:rPr>
        <w:t>HƯỚNG DẪN CÀI ĐẶT LVTFIELD TRÊN IPHONE</w:t>
      </w:r>
    </w:p>
    <w:p w14:paraId="3B49AE79" w14:textId="77777777" w:rsidR="00C71334" w:rsidRDefault="00000000">
      <w:pPr>
        <w:jc w:val="center"/>
      </w:pPr>
      <w:r>
        <w:rPr>
          <w:rFonts w:ascii="Segoe UI" w:hAnsi="Segoe UI"/>
          <w:i/>
          <w:color w:val="1565C0"/>
        </w:rPr>
        <w:t>Cài đặt file .IPA miễn phí qua Sideloadly (Hỗ trợ Windows &amp; macOS)</w:t>
      </w:r>
    </w:p>
    <w:tbl>
      <w:tblPr>
        <w:tblW w:w="0" w:type="auto"/>
        <w:jc w:val="center"/>
        <w:tblLook w:val="04A0" w:firstRow="1" w:lastRow="0" w:firstColumn="1" w:lastColumn="0" w:noHBand="0" w:noVBand="1"/>
      </w:tblPr>
      <w:tblGrid>
        <w:gridCol w:w="3312"/>
        <w:gridCol w:w="3312"/>
        <w:gridCol w:w="3312"/>
      </w:tblGrid>
      <w:tr w:rsidR="00C71334" w14:paraId="06DE7D20" w14:textId="77777777" w:rsidTr="003911E2">
        <w:trPr>
          <w:trHeight w:val="102"/>
          <w:jc w:val="center"/>
        </w:trPr>
        <w:tc>
          <w:tcPr>
            <w:tcW w:w="3312" w:type="dxa"/>
            <w:shd w:val="clear" w:color="auto" w:fill="E8F5E9"/>
            <w:tcMar>
              <w:top w:w="80" w:type="dxa"/>
              <w:left w:w="100" w:type="dxa"/>
              <w:bottom w:w="80" w:type="dxa"/>
              <w:right w:w="100" w:type="dxa"/>
            </w:tcMar>
          </w:tcPr>
          <w:p w14:paraId="14B73ADE" w14:textId="77777777" w:rsidR="00C71334" w:rsidRDefault="00000000">
            <w:r>
              <w:rPr>
                <w:rFonts w:ascii="Segoe UI" w:hAnsi="Segoe UI"/>
                <w:b/>
                <w:color w:val="1B5E20"/>
                <w:sz w:val="19"/>
              </w:rPr>
              <w:t>✍️ Tác giả: Lộc Vũ Trung</w:t>
            </w:r>
          </w:p>
        </w:tc>
        <w:tc>
          <w:tcPr>
            <w:tcW w:w="3312" w:type="dxa"/>
            <w:shd w:val="clear" w:color="auto" w:fill="E8F5E9"/>
            <w:tcMar>
              <w:top w:w="80" w:type="dxa"/>
              <w:left w:w="100" w:type="dxa"/>
              <w:bottom w:w="80" w:type="dxa"/>
              <w:right w:w="100" w:type="dxa"/>
            </w:tcMar>
          </w:tcPr>
          <w:p w14:paraId="545A0122" w14:textId="77777777" w:rsidR="00C71334" w:rsidRDefault="00000000">
            <w:r>
              <w:rPr>
                <w:rFonts w:ascii="Segoe UI" w:hAnsi="Segoe UI"/>
                <w:b/>
                <w:color w:val="1B5E20"/>
                <w:sz w:val="19"/>
              </w:rPr>
              <w:t>📱 Hệ điều hành: iOS 14+</w:t>
            </w:r>
          </w:p>
        </w:tc>
        <w:tc>
          <w:tcPr>
            <w:tcW w:w="3312" w:type="dxa"/>
            <w:shd w:val="clear" w:color="auto" w:fill="E8F5E9"/>
            <w:tcMar>
              <w:top w:w="80" w:type="dxa"/>
              <w:left w:w="100" w:type="dxa"/>
              <w:bottom w:w="80" w:type="dxa"/>
              <w:right w:w="100" w:type="dxa"/>
            </w:tcMar>
          </w:tcPr>
          <w:p w14:paraId="1BEA4ED2" w14:textId="77777777" w:rsidR="00C71334" w:rsidRDefault="00000000">
            <w:r>
              <w:rPr>
                <w:rFonts w:ascii="Segoe UI" w:hAnsi="Segoe UI"/>
                <w:b/>
                <w:color w:val="1B5E20"/>
                <w:sz w:val="19"/>
              </w:rPr>
              <w:t>⚡ Thời gian: ~3 phút</w:t>
            </w:r>
          </w:p>
        </w:tc>
      </w:tr>
    </w:tbl>
    <w:p w14:paraId="70847E8A" w14:textId="77777777" w:rsidR="00C71334" w:rsidRDefault="00000000">
      <w:pPr>
        <w:spacing w:before="160" w:after="80"/>
      </w:pPr>
      <w:r>
        <w:rPr>
          <w:rFonts w:ascii="Segoe UI" w:hAnsi="Segoe UI"/>
          <w:b/>
          <w:color w:val="1B5E20"/>
          <w:sz w:val="25"/>
        </w:rPr>
        <w:t>📦 BƯỚC 1: CHUẨN BỊ TRÊN MÁY TÍNH (PC / MAC)</w:t>
      </w:r>
    </w:p>
    <w:tbl>
      <w:tblPr>
        <w:tblW w:w="0" w:type="auto"/>
        <w:jc w:val="center"/>
        <w:tblLook w:val="04A0" w:firstRow="1" w:lastRow="0" w:firstColumn="1" w:lastColumn="0" w:noHBand="0" w:noVBand="1"/>
      </w:tblPr>
      <w:tblGrid>
        <w:gridCol w:w="1983"/>
        <w:gridCol w:w="7943"/>
      </w:tblGrid>
      <w:tr w:rsidR="00C71334" w14:paraId="0F1F9301" w14:textId="77777777" w:rsidTr="003911E2">
        <w:trPr>
          <w:trHeight w:val="20"/>
          <w:jc w:val="center"/>
        </w:trPr>
        <w:tc>
          <w:tcPr>
            <w:tcW w:w="1983" w:type="dxa"/>
            <w:shd w:val="clear" w:color="auto" w:fill="F1F5F9"/>
            <w:tcMar>
              <w:top w:w="80" w:type="dxa"/>
              <w:left w:w="100" w:type="dxa"/>
              <w:bottom w:w="80" w:type="dxa"/>
              <w:right w:w="100" w:type="dxa"/>
            </w:tcMar>
          </w:tcPr>
          <w:p w14:paraId="25F777DC" w14:textId="77777777" w:rsidR="00C71334" w:rsidRDefault="00000000" w:rsidP="003911E2">
            <w:pPr>
              <w:spacing w:after="0" w:line="240" w:lineRule="auto"/>
              <w:contextualSpacing/>
            </w:pPr>
            <w:r>
              <w:rPr>
                <w:rFonts w:ascii="Segoe UI" w:hAnsi="Segoe UI"/>
                <w:b/>
                <w:sz w:val="19"/>
              </w:rPr>
              <w:t>💻 Hệ điều hành</w:t>
            </w:r>
          </w:p>
        </w:tc>
        <w:tc>
          <w:tcPr>
            <w:tcW w:w="7943" w:type="dxa"/>
            <w:shd w:val="clear" w:color="auto" w:fill="F1F5F9"/>
            <w:tcMar>
              <w:top w:w="80" w:type="dxa"/>
              <w:left w:w="100" w:type="dxa"/>
              <w:bottom w:w="80" w:type="dxa"/>
              <w:right w:w="100" w:type="dxa"/>
            </w:tcMar>
          </w:tcPr>
          <w:p w14:paraId="21BDF2FD" w14:textId="77777777" w:rsidR="00C71334" w:rsidRDefault="00000000" w:rsidP="003911E2">
            <w:pPr>
              <w:spacing w:after="0" w:line="240" w:lineRule="auto"/>
              <w:contextualSpacing/>
            </w:pPr>
            <w:r>
              <w:rPr>
                <w:rFonts w:ascii="Segoe UI" w:hAnsi="Segoe UI"/>
                <w:b/>
                <w:sz w:val="19"/>
              </w:rPr>
              <w:t>🛠️ Phần mềm cần cài đặt</w:t>
            </w:r>
          </w:p>
        </w:tc>
      </w:tr>
      <w:tr w:rsidR="00C71334" w14:paraId="7D5DC7F6" w14:textId="77777777" w:rsidTr="003911E2">
        <w:trPr>
          <w:trHeight w:val="20"/>
          <w:jc w:val="center"/>
        </w:trPr>
        <w:tc>
          <w:tcPr>
            <w:tcW w:w="1983" w:type="dxa"/>
            <w:tcMar>
              <w:top w:w="80" w:type="dxa"/>
              <w:left w:w="100" w:type="dxa"/>
              <w:bottom w:w="80" w:type="dxa"/>
              <w:right w:w="100" w:type="dxa"/>
            </w:tcMar>
          </w:tcPr>
          <w:p w14:paraId="49573E97" w14:textId="77777777" w:rsidR="00C71334" w:rsidRDefault="00000000" w:rsidP="003911E2">
            <w:pPr>
              <w:spacing w:after="0" w:line="240" w:lineRule="auto"/>
              <w:contextualSpacing/>
            </w:pPr>
            <w:r>
              <w:rPr>
                <w:rFonts w:ascii="Segoe UI" w:hAnsi="Segoe UI"/>
                <w:b/>
                <w:sz w:val="19"/>
              </w:rPr>
              <w:t>Windows 10 / 11</w:t>
            </w:r>
          </w:p>
        </w:tc>
        <w:tc>
          <w:tcPr>
            <w:tcW w:w="7943" w:type="dxa"/>
            <w:tcMar>
              <w:top w:w="80" w:type="dxa"/>
              <w:left w:w="100" w:type="dxa"/>
              <w:bottom w:w="80" w:type="dxa"/>
              <w:right w:w="100" w:type="dxa"/>
            </w:tcMar>
          </w:tcPr>
          <w:p w14:paraId="33090DA8" w14:textId="77777777" w:rsidR="00C71334" w:rsidRDefault="00000000" w:rsidP="003911E2">
            <w:pPr>
              <w:spacing w:after="0" w:line="240" w:lineRule="auto"/>
              <w:contextualSpacing/>
            </w:pPr>
            <w:r>
              <w:rPr>
                <w:rFonts w:ascii="Segoe UI" w:hAnsi="Segoe UI"/>
                <w:sz w:val="19"/>
              </w:rPr>
              <w:t xml:space="preserve">1. Cài đặt </w:t>
            </w:r>
            <w:r>
              <w:rPr>
                <w:rFonts w:ascii="Segoe UI" w:hAnsi="Segoe UI"/>
                <w:b/>
                <w:color w:val="D84315"/>
                <w:sz w:val="19"/>
              </w:rPr>
              <w:t>Web iTunes (64-bit)</w:t>
            </w:r>
            <w:r>
              <w:rPr>
                <w:rFonts w:ascii="Segoe UI" w:hAnsi="Segoe UI"/>
                <w:sz w:val="19"/>
              </w:rPr>
              <w:t xml:space="preserve"> (Bắt buộc dùng bản Web từ sideloadly.io, KHÔNG dùng bản Microsoft Store).</w:t>
            </w:r>
            <w:r>
              <w:rPr>
                <w:rFonts w:ascii="Segoe UI" w:hAnsi="Segoe UI"/>
                <w:sz w:val="19"/>
              </w:rPr>
              <w:br/>
              <w:t xml:space="preserve">2. Tải và cài đặt </w:t>
            </w:r>
            <w:r>
              <w:rPr>
                <w:rFonts w:ascii="Segoe UI" w:hAnsi="Segoe UI"/>
                <w:b/>
                <w:sz w:val="19"/>
              </w:rPr>
              <w:t>Sideloadly</w:t>
            </w:r>
            <w:r>
              <w:rPr>
                <w:rFonts w:ascii="Segoe UI" w:hAnsi="Segoe UI"/>
                <w:sz w:val="19"/>
              </w:rPr>
              <w:t xml:space="preserve"> từ trang chủ: https://sideloadly.io</w:t>
            </w:r>
          </w:p>
        </w:tc>
      </w:tr>
      <w:tr w:rsidR="00C71334" w14:paraId="03ECC89A" w14:textId="77777777" w:rsidTr="003911E2">
        <w:trPr>
          <w:trHeight w:val="20"/>
          <w:jc w:val="center"/>
        </w:trPr>
        <w:tc>
          <w:tcPr>
            <w:tcW w:w="1983" w:type="dxa"/>
            <w:tcMar>
              <w:top w:w="80" w:type="dxa"/>
              <w:left w:w="100" w:type="dxa"/>
              <w:bottom w:w="80" w:type="dxa"/>
              <w:right w:w="100" w:type="dxa"/>
            </w:tcMar>
          </w:tcPr>
          <w:p w14:paraId="11CD11B8" w14:textId="77777777" w:rsidR="00C71334" w:rsidRDefault="00000000" w:rsidP="003911E2">
            <w:pPr>
              <w:spacing w:after="0" w:line="240" w:lineRule="auto"/>
              <w:contextualSpacing/>
            </w:pPr>
            <w:r>
              <w:rPr>
                <w:rFonts w:ascii="Segoe UI" w:hAnsi="Segoe UI"/>
                <w:b/>
                <w:sz w:val="19"/>
              </w:rPr>
              <w:t>macOS (Apple)</w:t>
            </w:r>
          </w:p>
        </w:tc>
        <w:tc>
          <w:tcPr>
            <w:tcW w:w="7943" w:type="dxa"/>
            <w:tcMar>
              <w:top w:w="80" w:type="dxa"/>
              <w:left w:w="100" w:type="dxa"/>
              <w:bottom w:w="80" w:type="dxa"/>
              <w:right w:w="100" w:type="dxa"/>
            </w:tcMar>
          </w:tcPr>
          <w:p w14:paraId="032D824F" w14:textId="77777777" w:rsidR="00C71334" w:rsidRDefault="00000000" w:rsidP="003911E2">
            <w:pPr>
              <w:spacing w:after="0" w:line="240" w:lineRule="auto"/>
              <w:contextualSpacing/>
            </w:pPr>
            <w:r>
              <w:rPr>
                <w:rFonts w:ascii="Segoe UI" w:hAnsi="Segoe UI"/>
                <w:sz w:val="19"/>
              </w:rPr>
              <w:t xml:space="preserve">Chỉ cần tải và cài duy nhất </w:t>
            </w:r>
            <w:r>
              <w:rPr>
                <w:rFonts w:ascii="Segoe UI" w:hAnsi="Segoe UI"/>
                <w:b/>
                <w:sz w:val="19"/>
              </w:rPr>
              <w:t>Sideloadly</w:t>
            </w:r>
            <w:r>
              <w:rPr>
                <w:rFonts w:ascii="Segoe UI" w:hAnsi="Segoe UI"/>
                <w:sz w:val="19"/>
              </w:rPr>
              <w:t xml:space="preserve"> từ trang chủ https://sideloadly.io (Không cần cài iTunes).</w:t>
            </w:r>
          </w:p>
        </w:tc>
      </w:tr>
    </w:tbl>
    <w:p w14:paraId="605D4BBF" w14:textId="77777777" w:rsidR="00C71334" w:rsidRDefault="00000000">
      <w:pPr>
        <w:spacing w:before="160" w:after="80"/>
      </w:pPr>
      <w:r>
        <w:rPr>
          <w:rFonts w:ascii="Segoe UI" w:hAnsi="Segoe UI"/>
          <w:b/>
          <w:color w:val="1B5E20"/>
          <w:sz w:val="25"/>
        </w:rPr>
        <w:t>🔄 BƯỚC 2: CÀI ĐẶT FILE IPA BẰNG SIDELOADLY</w:t>
      </w:r>
    </w:p>
    <w:p w14:paraId="762FD0C3" w14:textId="77777777" w:rsidR="00C71334" w:rsidRDefault="00000000">
      <w:pPr>
        <w:spacing w:before="40" w:after="40"/>
      </w:pPr>
      <w:r>
        <w:rPr>
          <w:rFonts w:ascii="Segoe UI" w:hAnsi="Segoe UI"/>
          <w:b/>
          <w:color w:val="212121"/>
          <w:sz w:val="20"/>
        </w:rPr>
        <w:t xml:space="preserve">1. Kết nối iPhone với máy tính: </w:t>
      </w:r>
      <w:r>
        <w:rPr>
          <w:rFonts w:ascii="Segoe UI" w:hAnsi="Segoe UI"/>
          <w:sz w:val="20"/>
        </w:rPr>
        <w:t>Cắm cáp USB kết nối iPhone với PC/Mac. Trên iPhone nếu hiện thông báo, chọn "Tin cậy máy tính này" (Trust).</w:t>
      </w:r>
    </w:p>
    <w:p w14:paraId="2368C06D" w14:textId="77777777" w:rsidR="00C71334" w:rsidRDefault="00000000">
      <w:pPr>
        <w:spacing w:before="40" w:after="40"/>
      </w:pPr>
      <w:r>
        <w:rPr>
          <w:rFonts w:ascii="Segoe UI" w:hAnsi="Segoe UI"/>
          <w:b/>
          <w:color w:val="212121"/>
          <w:sz w:val="20"/>
        </w:rPr>
        <w:t xml:space="preserve">2. Mở Sideloadly: </w:t>
      </w:r>
      <w:r>
        <w:rPr>
          <w:rFonts w:ascii="Segoe UI" w:hAnsi="Segoe UI"/>
          <w:sz w:val="20"/>
        </w:rPr>
        <w:t>Kiểm tra ô "iDevice" ở trên cùng đã nhận diện đúng tên thiết bị iPhone của bạn.</w:t>
      </w:r>
    </w:p>
    <w:p w14:paraId="04AAEB8B" w14:textId="77777777" w:rsidR="00C71334" w:rsidRDefault="00000000">
      <w:pPr>
        <w:spacing w:before="40" w:after="40"/>
      </w:pPr>
      <w:r>
        <w:rPr>
          <w:rFonts w:ascii="Segoe UI" w:hAnsi="Segoe UI"/>
          <w:b/>
          <w:color w:val="212121"/>
          <w:sz w:val="20"/>
        </w:rPr>
        <w:t xml:space="preserve">3. Kéo thả file IPA: </w:t>
      </w:r>
      <w:r>
        <w:rPr>
          <w:rFonts w:ascii="Segoe UI" w:hAnsi="Segoe UI"/>
          <w:sz w:val="20"/>
        </w:rPr>
        <w:t>Kéo thả file LVTField.ipa vào ô vuông biểu tượng "IPA" ở bên trái giao diện Sideloadly (hoặc bấm vào ô vuông để chọn file).</w:t>
      </w:r>
    </w:p>
    <w:p w14:paraId="2C1AF416" w14:textId="77777777" w:rsidR="00C71334" w:rsidRDefault="00000000">
      <w:pPr>
        <w:spacing w:before="40" w:after="40"/>
      </w:pPr>
      <w:r>
        <w:rPr>
          <w:rFonts w:ascii="Segoe UI" w:hAnsi="Segoe UI"/>
          <w:b/>
          <w:color w:val="212121"/>
          <w:sz w:val="20"/>
        </w:rPr>
        <w:t xml:space="preserve">4. Nhập Apple ID: </w:t>
      </w:r>
      <w:r>
        <w:rPr>
          <w:rFonts w:ascii="Segoe UI" w:hAnsi="Segoe UI"/>
          <w:sz w:val="20"/>
        </w:rPr>
        <w:t>Nhập địa chỉ Email Apple ID / iCloud cá nhân miễn phí của bạn vào ô "Apple account".</w:t>
      </w:r>
    </w:p>
    <w:p w14:paraId="2112B980" w14:textId="77777777" w:rsidR="00C71334" w:rsidRDefault="00000000">
      <w:pPr>
        <w:spacing w:before="40" w:after="40"/>
      </w:pPr>
      <w:r>
        <w:rPr>
          <w:rFonts w:ascii="Segoe UI" w:hAnsi="Segoe UI"/>
          <w:b/>
          <w:color w:val="212121"/>
          <w:sz w:val="20"/>
        </w:rPr>
        <w:t xml:space="preserve">5. Nhấn Start &amp; Nhập mật khẩu: </w:t>
      </w:r>
      <w:r>
        <w:rPr>
          <w:rFonts w:ascii="Segoe UI" w:hAnsi="Segoe UI"/>
          <w:sz w:val="20"/>
        </w:rPr>
        <w:t>Nhấn nút "Start" ở dưới cùng -&gt; Nhập mật khẩu Apple ID vào hộp thoại hiện ra.</w:t>
      </w:r>
    </w:p>
    <w:p w14:paraId="66631E3E" w14:textId="77777777" w:rsidR="00C71334" w:rsidRDefault="00000000">
      <w:pPr>
        <w:spacing w:before="40" w:after="40"/>
      </w:pPr>
      <w:r>
        <w:rPr>
          <w:rFonts w:ascii="Segoe UI" w:hAnsi="Segoe UI"/>
          <w:b/>
          <w:color w:val="212121"/>
          <w:sz w:val="20"/>
        </w:rPr>
        <w:t xml:space="preserve">6. Nhập mã xác thực 6 số (2FA): </w:t>
      </w:r>
      <w:r>
        <w:rPr>
          <w:rFonts w:ascii="Segoe UI" w:hAnsi="Segoe UI"/>
          <w:sz w:val="20"/>
        </w:rPr>
        <w:t>Màn hình iPhone sẽ hiện thông báo xác nhận đăng nhập -&gt; Nhấn "Cho phép" (Allow) -&gt; Lấy mã số 6 chữ số nhập vào Sideloadly.</w:t>
      </w:r>
    </w:p>
    <w:p w14:paraId="038C19F4" w14:textId="77777777" w:rsidR="00C71334" w:rsidRDefault="00000000">
      <w:pPr>
        <w:spacing w:before="40" w:after="40"/>
      </w:pPr>
      <w:r>
        <w:rPr>
          <w:rFonts w:ascii="Segoe UI" w:hAnsi="Segoe UI"/>
          <w:b/>
          <w:color w:val="212121"/>
          <w:sz w:val="20"/>
        </w:rPr>
        <w:t xml:space="preserve">7. Chờ hoàn tất: </w:t>
      </w:r>
      <w:r>
        <w:rPr>
          <w:rFonts w:ascii="Segoe UI" w:hAnsi="Segoe UI"/>
          <w:sz w:val="20"/>
        </w:rPr>
        <w:t>Chờ khoảng 1 phút đến khi thanh trạng thái báo "Done.". Ứng dụng LVTField đã được cài xong vào màn hình chính iPhone.</w:t>
      </w:r>
    </w:p>
    <w:p w14:paraId="30CC488F" w14:textId="77777777" w:rsidR="00C71334" w:rsidRDefault="00000000">
      <w:pPr>
        <w:spacing w:before="160" w:after="80"/>
      </w:pPr>
      <w:r>
        <w:rPr>
          <w:rFonts w:ascii="Segoe UI" w:hAnsi="Segoe UI"/>
          <w:b/>
          <w:color w:val="1B5E20"/>
          <w:sz w:val="25"/>
        </w:rPr>
        <w:t>🔑 BƯỚC 3: KÍCH HOẠT TRÊN IPHONE (2 THAO TÁC BẮT BUỘC)</w:t>
      </w:r>
    </w:p>
    <w:p w14:paraId="28086227" w14:textId="77777777" w:rsidR="00C71334" w:rsidRDefault="00000000">
      <w:pPr>
        <w:spacing w:before="60" w:after="40"/>
      </w:pPr>
      <w:r>
        <w:rPr>
          <w:rFonts w:ascii="Segoe UI" w:hAnsi="Segoe UI"/>
          <w:b/>
          <w:color w:val="1565C0"/>
          <w:sz w:val="21"/>
        </w:rPr>
        <w:t>3.1. Tin cậy chứng chỉ ứng dụng (Apple ID)</w:t>
      </w:r>
    </w:p>
    <w:p w14:paraId="64AA4197" w14:textId="77777777" w:rsidR="00C71334" w:rsidRDefault="00000000">
      <w:pPr>
        <w:spacing w:before="20" w:after="20"/>
      </w:pPr>
      <w:r>
        <w:rPr>
          <w:color w:val="1B5E20"/>
        </w:rPr>
        <w:t xml:space="preserve">   ✔ </w:t>
      </w:r>
      <w:r>
        <w:rPr>
          <w:rFonts w:ascii="Segoe UI" w:hAnsi="Segoe UI"/>
          <w:sz w:val="19"/>
        </w:rPr>
        <w:t>Vào Cài đặt (Settings) trên iPhone -&gt; Chọn Cài đặt chung (General).</w:t>
      </w:r>
    </w:p>
    <w:p w14:paraId="72A32C5F" w14:textId="77777777" w:rsidR="00C71334" w:rsidRDefault="00000000">
      <w:pPr>
        <w:spacing w:before="20" w:after="20"/>
      </w:pPr>
      <w:r>
        <w:rPr>
          <w:color w:val="1B5E20"/>
        </w:rPr>
        <w:t xml:space="preserve">   ✔ </w:t>
      </w:r>
      <w:r>
        <w:rPr>
          <w:rFonts w:ascii="Segoe UI" w:hAnsi="Segoe UI"/>
          <w:sz w:val="19"/>
        </w:rPr>
        <w:t>Cuộn xuống chọn VPN &amp; Quản lý thiết bị (VPN &amp; Device Management).</w:t>
      </w:r>
    </w:p>
    <w:p w14:paraId="78EA35A4" w14:textId="77777777" w:rsidR="00C71334" w:rsidRDefault="00000000">
      <w:pPr>
        <w:spacing w:before="20" w:after="20"/>
      </w:pPr>
      <w:r>
        <w:rPr>
          <w:color w:val="1B5E20"/>
        </w:rPr>
        <w:t xml:space="preserve">   ✔ </w:t>
      </w:r>
      <w:r>
        <w:rPr>
          <w:rFonts w:ascii="Segoe UI" w:hAnsi="Segoe UI"/>
          <w:sz w:val="19"/>
        </w:rPr>
        <w:t>Dưới mục "Ứng dụng nhà phát triển", bấm vào tên Apple ID (Email) của bạn.</w:t>
      </w:r>
    </w:p>
    <w:p w14:paraId="4C18BB9B" w14:textId="77777777" w:rsidR="00C71334" w:rsidRDefault="00000000">
      <w:pPr>
        <w:spacing w:before="20" w:after="20"/>
      </w:pPr>
      <w:r>
        <w:rPr>
          <w:color w:val="1B5E20"/>
        </w:rPr>
        <w:t xml:space="preserve">   ✔ </w:t>
      </w:r>
      <w:r>
        <w:rPr>
          <w:rFonts w:ascii="Segoe UI" w:hAnsi="Segoe UI"/>
          <w:sz w:val="19"/>
        </w:rPr>
        <w:t>Nhấn Tin cậy "[Email Apple ID]" -&gt; Chọn Tin cậy (Trust) để xác nhận.</w:t>
      </w:r>
    </w:p>
    <w:p w14:paraId="6BE1F9DB" w14:textId="77777777" w:rsidR="00C71334" w:rsidRDefault="00000000">
      <w:pPr>
        <w:spacing w:before="120" w:after="40"/>
      </w:pPr>
      <w:r>
        <w:rPr>
          <w:rFonts w:ascii="Segoe UI" w:hAnsi="Segoe UI"/>
          <w:b/>
          <w:color w:val="1565C0"/>
          <w:sz w:val="21"/>
        </w:rPr>
        <w:t>3.2. Bật Chế độ Nhà phát triển (Developer Mode — Đối với iOS 16 trở lên)</w:t>
      </w:r>
    </w:p>
    <w:p w14:paraId="573B2A83" w14:textId="77777777" w:rsidR="00C71334" w:rsidRDefault="00000000">
      <w:pPr>
        <w:spacing w:before="20" w:after="20"/>
      </w:pPr>
      <w:r>
        <w:rPr>
          <w:b/>
        </w:rPr>
        <w:t xml:space="preserve">   • Bước 1: </w:t>
      </w:r>
      <w:r>
        <w:rPr>
          <w:rFonts w:ascii="Segoe UI" w:hAnsi="Segoe UI"/>
          <w:sz w:val="19"/>
        </w:rPr>
        <w:t>Khi mở app LVTField lần đầu, nếu máy hiện hộp thoại yêu cầu bật Developer Mode -&gt; Nhấn OK.</w:t>
      </w:r>
    </w:p>
    <w:p w14:paraId="13DAC96C" w14:textId="77777777" w:rsidR="00C71334" w:rsidRDefault="00000000">
      <w:pPr>
        <w:spacing w:before="20" w:after="20"/>
      </w:pPr>
      <w:r>
        <w:rPr>
          <w:b/>
        </w:rPr>
        <w:t xml:space="preserve">   • Bước 2: </w:t>
      </w:r>
      <w:r>
        <w:rPr>
          <w:rFonts w:ascii="Segoe UI" w:hAnsi="Segoe UI"/>
          <w:sz w:val="19"/>
        </w:rPr>
        <w:t>Vào Cài đặt (Settings) trên iPhone -&gt; Cuộn xuống chọn Quyền riêng tư &amp; Bảo mật (Privacy &amp; Security).</w:t>
      </w:r>
    </w:p>
    <w:p w14:paraId="4B6DE1F1" w14:textId="77777777" w:rsidR="00C71334" w:rsidRDefault="00000000">
      <w:pPr>
        <w:spacing w:before="20" w:after="20"/>
      </w:pPr>
      <w:r>
        <w:rPr>
          <w:b/>
        </w:rPr>
        <w:t xml:space="preserve">   • Bước 3: </w:t>
      </w:r>
      <w:r>
        <w:rPr>
          <w:rFonts w:ascii="Segoe UI" w:hAnsi="Segoe UI"/>
          <w:sz w:val="19"/>
        </w:rPr>
        <w:t>Cuộn xuống dưới cùng -&gt; Chọn Chế độ nhà phát triển (Developer Mode).</w:t>
      </w:r>
    </w:p>
    <w:p w14:paraId="5181ACBF" w14:textId="77777777" w:rsidR="00C71334" w:rsidRDefault="00000000">
      <w:pPr>
        <w:spacing w:before="20" w:after="20"/>
      </w:pPr>
      <w:r>
        <w:rPr>
          <w:b/>
        </w:rPr>
        <w:t xml:space="preserve">   • Bước 4: </w:t>
      </w:r>
      <w:r>
        <w:rPr>
          <w:rFonts w:ascii="Segoe UI" w:hAnsi="Segoe UI"/>
          <w:sz w:val="19"/>
        </w:rPr>
        <w:t>Gạt công tắc sang BẬT (ON).</w:t>
      </w:r>
    </w:p>
    <w:p w14:paraId="76CCFF30" w14:textId="77777777" w:rsidR="00C71334" w:rsidRDefault="00000000">
      <w:pPr>
        <w:spacing w:before="20" w:after="20"/>
      </w:pPr>
      <w:r>
        <w:rPr>
          <w:b/>
        </w:rPr>
        <w:t xml:space="preserve">   • Bước 5: </w:t>
      </w:r>
      <w:r>
        <w:rPr>
          <w:rFonts w:ascii="Segoe UI" w:hAnsi="Segoe UI"/>
          <w:sz w:val="19"/>
        </w:rPr>
        <w:t>iPhone yêu cầu khởi động lại -&gt; Nhấn Khởi động lại (Restart).</w:t>
      </w:r>
    </w:p>
    <w:p w14:paraId="3166D28B" w14:textId="77777777" w:rsidR="00C71334" w:rsidRDefault="00000000">
      <w:pPr>
        <w:spacing w:before="20" w:after="20"/>
      </w:pPr>
      <w:r>
        <w:rPr>
          <w:b/>
        </w:rPr>
        <w:t xml:space="preserve">   • Bước 6: </w:t>
      </w:r>
      <w:r>
        <w:rPr>
          <w:rFonts w:ascii="Segoe UI" w:hAnsi="Segoe UI"/>
          <w:sz w:val="19"/>
        </w:rPr>
        <w:t>Sau khi máy khởi động lại, mở khóa màn hình -&gt; Hộp thoại xác nhận hiện ra -&gt; Nhấn Bật (Turn On) -&gt; Nhập mật khẩu mở khóa màn hình.</w:t>
      </w:r>
    </w:p>
    <w:tbl>
      <w:tblPr>
        <w:tblW w:w="0" w:type="auto"/>
        <w:jc w:val="center"/>
        <w:tblLook w:val="04A0" w:firstRow="1" w:lastRow="0" w:firstColumn="1" w:lastColumn="0" w:noHBand="0" w:noVBand="1"/>
      </w:tblPr>
      <w:tblGrid>
        <w:gridCol w:w="9936"/>
      </w:tblGrid>
      <w:tr w:rsidR="00C71334" w14:paraId="28692705" w14:textId="77777777">
        <w:trPr>
          <w:jc w:val="center"/>
        </w:trPr>
        <w:tc>
          <w:tcPr>
            <w:tcW w:w="9936" w:type="dxa"/>
            <w:shd w:val="clear" w:color="auto" w:fill="FFF8E1"/>
            <w:tcMar>
              <w:top w:w="80" w:type="dxa"/>
              <w:left w:w="120" w:type="dxa"/>
              <w:bottom w:w="80" w:type="dxa"/>
              <w:right w:w="120" w:type="dxa"/>
            </w:tcMar>
          </w:tcPr>
          <w:p w14:paraId="5539E092" w14:textId="77777777" w:rsidR="00C71334" w:rsidRDefault="00000000">
            <w:r>
              <w:rPr>
                <w:rFonts w:ascii="Segoe UI" w:hAnsi="Segoe UI"/>
                <w:b/>
                <w:color w:val="D84315"/>
                <w:sz w:val="18"/>
              </w:rPr>
              <w:t>💡 LƯU Ý KHI SỬ DỤNG:</w:t>
            </w:r>
            <w:r>
              <w:rPr>
                <w:rFonts w:ascii="Segoe UI" w:hAnsi="Segoe UI"/>
                <w:b/>
                <w:color w:val="D84315"/>
                <w:sz w:val="18"/>
              </w:rPr>
              <w:br/>
            </w:r>
            <w:r>
              <w:rPr>
                <w:rFonts w:ascii="Segoe UI" w:hAnsi="Segoe UI"/>
                <w:sz w:val="18"/>
              </w:rPr>
              <w:t>• Chứng chỉ Apple ID cá nhân miễn phí có hiệu lực 7 ngày. Khi hết hạn, bạn chỉ cần cắm lại cáp vào máy tính, mở Sideloadly và bấm "Start" lại (toàn bộ dữ liệu dự án, bản đồ, điểm thực địa trong app vẫn giữ nguyên 100%).</w:t>
            </w:r>
            <w:r>
              <w:rPr>
                <w:rFonts w:ascii="Segoe UI" w:hAnsi="Segoe UI"/>
                <w:sz w:val="18"/>
              </w:rPr>
              <w:br/>
              <w:t>• Nếu máy tính và iPhone kết nối cùng một mạng Wi-Fi, Sideloadly có thể tự động gia hạn chứng chỉ tự động qua Wi-Fi mà không cần cắm cáp.</w:t>
            </w:r>
          </w:p>
        </w:tc>
      </w:tr>
    </w:tbl>
    <w:p w14:paraId="6AE25418" w14:textId="77777777" w:rsidR="00CE71CC" w:rsidRDefault="00CE71CC"/>
    <w:sectPr w:rsidR="00CE71CC" w:rsidSect="003911E2">
      <w:pgSz w:w="11907" w:h="16840" w:code="9"/>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4319083">
    <w:abstractNumId w:val="8"/>
  </w:num>
  <w:num w:numId="2" w16cid:durableId="1441950816">
    <w:abstractNumId w:val="6"/>
  </w:num>
  <w:num w:numId="3" w16cid:durableId="2053382688">
    <w:abstractNumId w:val="5"/>
  </w:num>
  <w:num w:numId="4" w16cid:durableId="1682587682">
    <w:abstractNumId w:val="4"/>
  </w:num>
  <w:num w:numId="5" w16cid:durableId="983047445">
    <w:abstractNumId w:val="7"/>
  </w:num>
  <w:num w:numId="6" w16cid:durableId="819224891">
    <w:abstractNumId w:val="3"/>
  </w:num>
  <w:num w:numId="7" w16cid:durableId="330376603">
    <w:abstractNumId w:val="2"/>
  </w:num>
  <w:num w:numId="8" w16cid:durableId="1836139587">
    <w:abstractNumId w:val="1"/>
  </w:num>
  <w:num w:numId="9" w16cid:durableId="2124495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911E2"/>
    <w:rsid w:val="00597988"/>
    <w:rsid w:val="00847264"/>
    <w:rsid w:val="00AA1D8D"/>
    <w:rsid w:val="00B47730"/>
    <w:rsid w:val="00B66999"/>
    <w:rsid w:val="00C71334"/>
    <w:rsid w:val="00CB0664"/>
    <w:rsid w:val="00CE71C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58E2D6A-F104-41DB-BAC4-E946EF36D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Hướng dẫn cài đặt LVTField trên iPhone qua Sideloadly</vt:lpstr>
    </vt:vector>
  </TitlesOfParts>
  <Manager/>
  <Company/>
  <LinksUpToDate>false</LinksUpToDate>
  <CharactersWithSpaces>2899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Hướng dẫn cài đặt LVTField trên iPhone qua Sideloadly</dc:title>
  <dc:subject/>
  <dc:creator>Lộc Vũ Trung</dc:creator>
  <cp:keywords/>
  <dc:description>generated by python-docx</dc:description>
  <cp:lastModifiedBy>Trung Lộc Vũ</cp:lastModifiedBy>
  <cp:revision>3</cp:revision>
  <dcterms:created xsi:type="dcterms:W3CDTF">2026-08-25T07:32:00Z</dcterms:created>
  <dcterms:modified xsi:type="dcterms:W3CDTF">2026-08-25T08:19:00Z</dcterms:modified>
  <cp:category/>
</cp:coreProperties>
</file>